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זיכרון החורבן – מה זכרנו ומה שכחנו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תרגול מושגים, ציר זמן, דמויות, סיבה ותוצאה וניתוח מקור ביחידה "זיכרון החורבן – מה זכרנו ומה שכחנו".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חט״ב · תיכון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https://historia-et-hachadasha.sites.tab.bot/yechida-zikaron-churban.html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הדף מבוסס על תוכן עמוד היחידה באתר (מושגים, ציר זמן, דמויות, מקורות).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שנת נפילת מצדה – 73 או 74 לספירה (מחלוקת מחקרית)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הקמת קשת טיטוס – בסמוך ל-81 לספירה, בימי הקיסר דומיטיאנוס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זמן פעילותו של אלעזר הקליר – משוער (המאות ה-6–7)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'יוסיפון' – המאה ה-10, דרום איטליה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המנהג של יהודי רומא לא לעבור תחת קשת טיטוס – מסורת עממית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הפרשנות שחז"ל 'דחקו' את זיכרון המרד ואת יוסף בן מתתיהו – פרשנות מחקרית ולא עובדה מוסכמת; להציג כשאלה לדיון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זיהוי מצדה במאה ה-19 (1838–1842) והחפירות בשנות ה-60 של המאה ה-20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אגדת 'תן לי יבנה וחכמיה' – תלמוד בבלי, גיטין נו ע"ב; 'שנאת חינם' – יומא ט ע"ב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המשנה במסכת תענית ד, ו – חמישה דברים אירעו בתשעה באב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בוחרים תשובה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האופן שבו קבוצה או עם בוחרים לזכור את עברם ולהנחיל אותו.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שריפת בית המקדש בירושלים בידי הרומאים בשנת 70 לספירה.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מרכז לימוד והנהגה שקם אחרי החורבן וסימל את המשכיות החיים היהודיים.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משלימים מילה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שנאת חינם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תשעה באב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מגילת איכה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קינות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מי עשה מה?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חכם; על פי המסורת ייסד את מרכז יבנה אחרי החורבן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מפקד במרד שעבר לצד רומא; כתב את 'מלחמת היהודים'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 – מצביא רומי שכבש את ירושלים ב-70; לימים קיסר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חכם; על פי אגדה ראה תקווה גם בחורבות המקדש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נכון או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השנה הנכונה: 66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השנה הנכונה: 73 או 74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מה קרה קודם?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פרוץ המרד הגדול ברומא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יוסף בן מתתיהו כותב את 'מלחמת היהודים'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פסיפס בית הכנסת בבית אלפא עם מנורות וכלי מקדש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המנורה, בהשראת תבליט קשת טיטוס, נבחרת לסמל מדינת ישראל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כותבים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2–3 משפטים נכונים; שימוש במושג אחד לפחות.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🕯️ זיכרון החורבן – מה זכרנו ומה שכחנו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היום נתרגל את הנושא "זיכרון החורבן – מה זכרנו ומה שכחנו". קראו לאט, אפשר להיעזר בבנק המילים.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תשעה באב  |  מגילת איכה  |  שנאת חינם  |  קינות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בוחרים תשובה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מה פירוש המושג "זיכרון קולקטיבי"?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מרכז לימוד והנהגה שקם אחרי החורבן וסימל את המשכיות החיים היהודיים.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האופן שבו קבוצה או עם בוחרים לזכור את עברם ולהנחיל אותו.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שירי אבל הנאמרים בתשעה באב, רבים מהם מימי הביניים.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מה פירוש המושג "חורבן הבית השני"?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שריפת בית המקדש בירושלים בידי הרומאים בשנת 70 לספירה.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מנהגים ביום-יום שנועדו להזכיר את החורבן, כמו שבירת כוס בחתונה.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שירי אבל הנאמרים בתשעה באב, רבים מהם מימי הביניים.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מה פירוש המושג "יבנה"?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מרכז לימוד והנהגה שקם אחרי החורבן וסימל את המשכיות החיים היהודיים.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מנהגים ביום-יום שנועדו להזכיר את החורבן, כמו שבירת כוס בחתונה.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שער ניצחון רומי ברומא ובו תבליט של נשיאת מנורת המקדש כשלל.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משלימים מילה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כתבו על הקו מילה מבנק המילים.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שנאה בלי סיבה מוצדקת; לפי התלמוד – הסיבה לחורבן הבית השני. ← 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יום צום ואבל לזכר חורבן שני בתי המקדש ואסונות נוספים. ← 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3. מגילה מקראית של קינה על חורבן ירושלים, הנקראת בתשעה באב. ← 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4. שירי אבל הנאמרים בתשעה באב, רבים מהם מימי הביניים. ←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מי עשה מה?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התאימו בין הדמות לתיאור.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רבן יוחנן בן זכאי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חכם; על פי אגדה ראה תקווה גם בחורבות המקדש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יוסף בן מתתיהו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מפקד במרד שעבר לצד רומא; כתב את 'מלחמת היהודים'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טיטוס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חכם; על פי המסורת ייסד את מרכז יבנה אחרי החורבן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רבי עקיבא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ד. מצביא רומי שכבש את ירושלים ב-70; לימים קיסר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✓ במשבצת הנכונה.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החכמים המשיכו ללמוד תורה ביבנה.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בשנת 70: פרוץ המרד הגדול ברומא.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בשנת 70 הרומאים שרפו את בית המקדש.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בשנת בשנות ה-70: נפילת מצדה.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מה קרה קודם?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מספרו 1, 2, 3, 4 לפי הסדר.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יוסף בן מתתיהו כותב את 'מלחמת היהודים'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פסיפס בית הכנסת בבית אלפא עם מנורות וכלי מקדש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המנורה, בהשראת תבליט קשת טיטוס, נבחרת לסמל מדינת ישראל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פרוץ המרד הגדול ברומא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ו׳ – כותבים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מה למדתם על "זיכרון החורבן – מה זכרנו ומה שכחנו"? כתבו 2–3 משפטים.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להתחיל כך: "למדתי ש..."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השתמשו במילה אחת מבנק המילים.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מילה חדשה שלמדתי: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שזכרתי מהיחידה: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זיכרון החורבן – מה זכרנו ומה שכחנו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