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זיכרון החורבן – מה זכרנו ומה שכחנו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תרגול מושגים, ציר זמן, דמויות, סיבה ותוצאה וניתוח מקור ביחידה "זיכרון החורבן – מה זכרנו ומה שכחנו".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חט״ב · 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https://historia-et-hachadasha.sites.tab.bot/yechida-zikaron-churban.html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הדף מבוסס על תוכן עמוד היחידה באתר (מושגים, ציר זמן, דמויות, מקורות).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שנת נפילת מצדה – 73 או 74 לספירה (מחלוקת מחקרית)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הקמת קשת טיטוס – בסמוך ל-81 לספירה, בימי הקיסר דומיטיאנוס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זמן פעילותו של אלעזר הקליר – משוער (המאות ה-6–7)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'יוסיפון' – המאה ה-10, דרום איטליה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המנהג של יהודי רומא לא לעבור תחת קשת טיטוס – מסורת עממית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הפרשנות שחז"ל 'דחקו' את זיכרון המרד ואת יוסף בן מתתיהו – פרשנות מחקרית ולא עובדה מוסכמת; להציג כשאלה לדיון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זיהוי מצדה במאה ה-19 (1838–1842) והחפירות בשנות ה-60 של המאה ה-20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אגדת 'תן לי יבנה וחכמיה' – תלמוד בבלי, גיטין נו ע"ב; 'שנאת חינם' – יומא ט ע"ב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המשנה במסכת תענית ד, ו – חמישה דברים אירעו בתשעה באב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קוראים ומבינים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השנה הנכונה: 81 בקירוב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השנה הנכונה: בשנות ה-70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בוחרים תשובה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האופן שבו קבוצה או עם בוחרים לזכור את עברם ולהנחיל אותו.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שריפת בית המקדש בירושלים בידי הרומאים בשנת 70 לספירה.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מרכז לימוד והנהגה שקם אחרי החורבן וסימל את המשכיות החיים היהודיים.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מי זה?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חכם; על פי המסורת ייסד את מרכז יבנה אחרי החורבן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מפקד במרד שעבר לצד רומא; כתב את 'מלחמת היהודים'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מצביא רומי שכבש את ירושלים ב-70; לימים קיסר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חכם; על פי אגדה ראה תקווה גם בחורבות המקדש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סדר הזמן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פרוץ המרד הגדול ברומא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יוסף בן מתתיהו כותב את 'מלחמת היהודים'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פסיפס בית הכנסת בבית אלפא עם מנורות וכלי מקדש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המנורה, בהשראת תבליט קשת טיטוס, נבחרת לסמל מדינת ישראל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כותבים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 משפטים קצרים; 2 מילים מהמילון.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🕯️ זיכרון החורבן – מה זכרנו ומה שכחנו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קראו את המשפטים הקצרים. אחר כך ענו על השאלות.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זיכרון קולקטיבי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🕯️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האופן שבו קבוצה או עם בוחרים לזכור את עברם ולהנחיל אותו.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חורבן הבית השני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🏚️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שריפת בית המקדש בירושלים בידי הרומאים בשנת 70 לספירה.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יבנה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מרכז לימוד והנהגה שקם אחרי החורבן וסימל את המשכיות החיים היהודיים.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שנאת חינם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שנאה בלי סיבה מוצדקת; לפי התלמוד – הסיבה לחורבן הבית השני.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תשעה באב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יום צום ואבל לזכר חורבן שני בתי המקדש ואסונות נוספים.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מגילת איכה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מגילה מקראית של קינה על חורבן ירושלים, הנקראת בתשעה באב.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קוראים ומבינים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סמנו: נכון או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בשנת המאה ה-10: הקמת קשת טיטוס ברומא.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בחתונה שוברים כוס – זכר לחורבן.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החכמים המשיכו ללמוד תורה ביבנה.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בשנת המאה ה-6 או ה-7: יוסף בן מתתיהו כותב את 'מלחמת היהודים'.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בתשעה באב צמים וקוראים את מגילת איכה.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בשנת 70 הרומאים שרפו את בית המקדש.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בוחרים תשובה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פירוש המושג "זיכרון קולקטיבי"?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מגילה מקראית של קינה על חורבן ירושלים, הנקראת בתשעה באב.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האופן שבו קבוצה או עם בוחרים לזכור את עברם ולהנחיל אותו.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שריפת בית המקדש בירושלים בידי הרומאים בשנת 70 לספירה.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פירוש המושג "חורבן הבית השני"?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האופן שבו קבוצה או עם בוחרים לזכור את עברם ולהנחיל אותו.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שריפת בית המקדש בירושלים בידי הרומאים בשנת 70 לספירה.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ספר עברי מימי הביניים שעיבד סיפורים מתולדות ימי הבית השני.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פירוש המושג "יבנה"?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מרכז לימוד והנהגה שקם אחרי החורבן וסימל את המשכיות החיים היהודיים.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ספר עברי מימי הביניים שעיבד סיפורים מתולדות ימי הבית השני.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האופן שבו קבוצה או עם בוחרים לזכור את עברם ולהנחיל אותו.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מי זה?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התאימו: שם ← מה הוא עשה.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רבן יוחנן בן זכאי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חכם; על פי המסורת ייסד את מרכז יבנה אחרי החורבן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יוסף בן מתתיהו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מפקד במרד שעבר לצד רומא; כתב את 'מלחמת היהודים'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טיטוס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חכם; על פי אגדה ראה תקווה גם בחורבות המקדש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רבי עקיבא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מצביא רומי שכבש את ירושלים ב-70; לימים קיסר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סדר הזמן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מספרו 1–4: מה היה ראשון? מה היה אחרון?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פרוץ המרד הגדול ברומא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המנורה, בהשראת תבליט קשת טיטוס, נבחרת לסמל מדינת ישראל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יוסף בן מתתיהו כותב את 'מלחמת היהודים'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פסיפס בית הכנסת בבית אלפא עם מנורות וכלי מקדש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כותבים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3 משפטים קצרים על "זיכרון החורבן – מה זכרנו ומה שכחנו". השתמשו ב-2 מילים מהמילון.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משפט 1: מתי ואיפה?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משפט 2: מה קרה?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משפט 3: מה חשוב בזה?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בעברית: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שהבנתי: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זיכרון החורבן – מה זכרנו ומה שכחנו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